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Jens Laufer</w:t>
      </w:r>
    </w:p>
    <w:p>
      <w:r>
        <w:rPr>
          <w:b/>
        </w:rPr>
        <w:t>Full-Stack-Entwickler mit Spezialisierung auf autonome KI-Agenten und deren Infrastruktur</w:t>
      </w:r>
    </w:p>
    <w:p>
      <w:r>
        <w:t>Harness &amp; Agentic Engineering · Data Analyst · ML · Fullstack · Java · Python · LLM-Agenten / Claude · Vue 3 · Spring Boot · Docker</w:t>
      </w:r>
    </w:p>
    <w:p>
      <w:r>
        <w:t>Verfügbar ab 15.09.2026 · weltweit · Remote 95 % ·  remote /  vor Ort</w:t>
      </w:r>
    </w:p>
    <w:p>
      <w:pPr>
        <w:pStyle w:val="Heading1"/>
      </w:pPr>
      <w:r>
        <w:rPr>
          <w:color w:val="0A4640"/>
        </w:rPr>
        <w:t>Schwerpunkte</w:t>
      </w:r>
    </w:p>
    <w:p>
      <w:pPr>
        <w:pStyle w:val="ListBullet"/>
      </w:pPr>
      <w:r>
        <w:t>~16 Jahre Fullstack-Erfahrung (seit 2009), durchgehend als Freelancer.</w:t>
      </w:r>
    </w:p>
    <w:p>
      <w:pPr>
        <w:pStyle w:val="ListBullet"/>
      </w:pPr>
      <w:r>
        <w:t>Java/Spring-Boot-Microservices mit Vue.js- und React-Frontends — end-to-end mit Docker, Kubernetes und GitLab CI.</w:t>
      </w:r>
    </w:p>
    <w:p>
      <w:pPr>
        <w:pStyle w:val="ListBullet"/>
      </w:pPr>
      <w:r>
        <w:t>Konsequent testgetrieben (TDD, JUnit, Mockito, Playwright/Selenium).</w:t>
      </w:r>
    </w:p>
    <w:p>
      <w:pPr>
        <w:pStyle w:val="ListBullet"/>
      </w:pPr>
      <w:r>
        <w:t>Zweites Standbein Data Science &amp; Machine Learning — Udacity ML Engineer &amp; Data Analyst, Kaggle, Autor auf Towards Data Science.</w:t>
      </w:r>
    </w:p>
    <w:p>
      <w:pPr>
        <w:pStyle w:val="ListBullet"/>
      </w:pPr>
      <w:r>
        <w:t>Breite Branchenerfahrung: Bank/Finanz, Versicherung, Automobil, Telekommunikation, Touristik, Industrie, Einzelhandel, Marketing und Startups.</w:t>
      </w:r>
    </w:p>
    <w:p>
      <w:pPr>
        <w:pStyle w:val="Heading1"/>
      </w:pPr>
      <w:r>
        <w:rPr>
          <w:color w:val="0A4640"/>
        </w:rPr>
        <w:t>Kenntnisse</w:t>
      </w:r>
    </w:p>
    <w:p>
      <w:r>
        <w:rPr>
          <w:b/>
        </w:rPr>
        <w:t xml:space="preserve">Sprachen: </w:t>
      </w:r>
      <w:r>
        <w:t>Java, JavaScript, TypeScript, Python, R, Groovy</w:t>
      </w:r>
    </w:p>
    <w:p>
      <w:r>
        <w:rPr>
          <w:b/>
        </w:rPr>
        <w:t xml:space="preserve">Microservices / Backend: </w:t>
      </w:r>
      <w:r>
        <w:t>Spring Boot, Spring, Spring Data, Spring Integration, Spring Security, OAuth2, Microservices, Feign, Sleuth, Zipkin, Python Eve, Python Flask, Java EE, EJB</w:t>
      </w:r>
    </w:p>
    <w:p>
      <w:r>
        <w:rPr>
          <w:b/>
        </w:rPr>
        <w:t xml:space="preserve">Frontend: </w:t>
      </w:r>
      <w:r>
        <w:t>Vue.js, React, AngularJS, GWT, Quasar, HTML, CSS, Bootstrap</w:t>
      </w:r>
    </w:p>
    <w:p>
      <w:r>
        <w:rPr>
          <w:b/>
        </w:rPr>
        <w:t xml:space="preserve">Persistenz / Datenbanken: </w:t>
      </w:r>
      <w:r>
        <w:t>MySQL, MongoDB, PostgreSQL, Oracle, Neo4j, JPA, Hibernate</w:t>
      </w:r>
    </w:p>
    <w:p>
      <w:r>
        <w:rPr>
          <w:b/>
        </w:rPr>
        <w:t xml:space="preserve">DevOps / Cloud: </w:t>
      </w:r>
      <w:r>
        <w:t>Docker, Kubernetes, Rancher, GitLab CI, Jenkins, Maven, Grunt, npm, Artifactory, AWS (EC2, S3, SageMaker, VPC), Microsoft Azure, DigitalOcean</w:t>
      </w:r>
    </w:p>
    <w:p>
      <w:r>
        <w:rPr>
          <w:b/>
        </w:rPr>
        <w:t xml:space="preserve">Security / IAM: </w:t>
      </w:r>
      <w:r>
        <w:t>Keycloak, Spring Security, OAuth2</w:t>
      </w:r>
    </w:p>
    <w:p>
      <w:r>
        <w:rPr>
          <w:b/>
        </w:rPr>
        <w:t xml:space="preserve">Testing: </w:t>
      </w:r>
      <w:r>
        <w:t>JUnit, TDD, Mockito, Selenium, DBUnit, Playwright</w:t>
      </w:r>
    </w:p>
    <w:p>
      <w:r>
        <w:rPr>
          <w:b/>
        </w:rPr>
        <w:t xml:space="preserve">API / Integration: </w:t>
      </w:r>
      <w:r>
        <w:t>REST, Swagger, OpenAPI, SOAP, Webservices, CXF, XFire, Kafka, ServiceMix</w:t>
      </w:r>
    </w:p>
    <w:p>
      <w:r>
        <w:rPr>
          <w:b/>
        </w:rPr>
        <w:t xml:space="preserve">Machine Learning: </w:t>
      </w:r>
      <w:r>
        <w:t>scikit-learn, Keras, DeepLearning4J, CNN, Transfer Learning, Supervised/Unsupervised, k-means, PCA, t-SNE, Reinforcement Learning, OpenAI Gym, Topic Modeling</w:t>
      </w:r>
    </w:p>
    <w:p>
      <w:r>
        <w:rPr>
          <w:b/>
        </w:rPr>
        <w:t xml:space="preserve">Data Science: </w:t>
      </w:r>
      <w:r>
        <w:t>pandas, numpy, dplyr, Jupyter, RMarkdown, ggplot, seaborn, Vega-Lite, A/B Testing, Webscraping</w:t>
      </w:r>
    </w:p>
    <w:p>
      <w:r>
        <w:rPr>
          <w:b/>
        </w:rPr>
        <w:t xml:space="preserve">Tooling / Sonstiges: </w:t>
      </w:r>
      <w:r>
        <w:t>Git, GitLab, Subversion, Jira, Confluence, Kibana, ANTLR, JavaCC, ZXing (QR), PayPal API, RDF/XML/JSON, SAP (BAPI), Phonegap, JBoss, Tomcat</w:t>
      </w:r>
    </w:p>
    <w:p>
      <w:pPr>
        <w:pStyle w:val="Heading1"/>
      </w:pPr>
      <w:r>
        <w:rPr>
          <w:color w:val="0A4640"/>
        </w:rPr>
        <w:t>Projekthistorie</w:t>
      </w:r>
    </w:p>
    <w:p>
      <w:r>
        <w:rPr>
          <w:b/>
        </w:rPr>
        <w:t>seit 12/2025 (laufend) — Autonome KI-Agenten-Systeme — Harness &amp; Agentic Engineering</w:t>
      </w:r>
    </w:p>
    <w:p>
      <w:r>
        <w:t>Solytics GmbH · Remote · KI / SaaS</w:t>
      </w:r>
    </w:p>
    <w:p>
      <w:r>
        <w:t>Rollen: Harness Engineering · Agent Engineering · KI-Systemarchitektur · Fullstack-Entwicklung · DevOps</w:t>
      </w:r>
    </w:p>
    <w:p>
      <w:r>
        <w:t>Aufbau autonomer KI-Agenten-Systeme auf LLM-Basis als Harness Engineer — die Ingenieursarbeit um das Modell herum, nicht das Modell selbst. Das Harness ist das Produkt: Agenten-Loop mit Abbruchbedingungen, Tool-Use über MCP, geschichtetes Memory (dauerhafte Fakten, laufender Kontext, Session-Zustand), Freigabe-Gates vor allem Unumkehrbaren, Quality Gates, die grün sein müssen, bevor ein Agent ausliefern darf, Observability über jeden Lauf, Budget- und Rate-Limit-Steuerung mit Modell-Routing und Fallback sowie Wiederaufsetzen nach einem abgebrochenen Lauf. Ein lokaler Multi-Modell-Proxy hält das Ganze unabhängig von einem einzelnen Anbieter. Zwei produktive Systeme: ein selbststeuernder KI-Geschäftspartner, der rund um die Uhr plant, Code schreibt, testet und deployt, sowie Fabrik ([fabrikhq.com](https://fabrikhq.com)), eine Multi-Agenten-Plattform für autonome Softwareentwicklung mit parallelen Worker-Agenten. Ereignisgesteuerte Orchestrierung über Telegram, GitHub und systemd; mehrere KI-gebaute SaaS-Produkte end-to-end ausgeliefert.</w:t>
      </w:r>
    </w:p>
    <w:p>
      <w:r>
        <w:t>Tech: Claude / Anthropic API, LLM-Agenten, Agent Harness, Multi-Agent-Orchestration, Tool Use / MCP, RAG, Prompt Engineering, Python, FastAPI, Vue 3, Go, Docker, systemd, GitHub Actions, DigitalOcean, SQLite, TDD, TypeScript</w:t>
      </w:r>
    </w:p>
    <w:p>
      <w:r>
        <w:rPr>
          <w:b/>
        </w:rPr>
        <w:t>07/2024–06/2025 (12 Monate) — Digitale Immobilien-Visitenkarte für Eigentümer</w:t>
      </w:r>
    </w:p>
    <w:p>
      <w:r>
        <w:t>verkaufe.immobilien · Remote · Internet</w:t>
      </w:r>
    </w:p>
    <w:p>
      <w:r>
        <w:t>Rollen: Fullstack-Entwicklung · Konzeption · DevOps</w:t>
      </w:r>
    </w:p>
    <w:p>
      <w:r>
        <w:t>Fullstack-Entwicklung einer digitalen Immobilien-Visitenkarte, die Eigentümer selbst erstellen und verwalten: Vue.js-Frontend, Python-Backend (Eve) mit REST-API und MongoDB. Aktive Nutzung von GitLab in der Entwicklung (Versionsverwaltung, Merge-Request- und Review-Workflow); Erstellung und Wartung der CI/CD-Pipelines in GitLab CI zur automatisierten Build- und Deployment-Ausführung. Arbeit nach DevOps-Prinzipien mit Verantwortung für Build und Betrieb der Dienste in Docker. Testgetriebene Entwicklung, automatisierte End-to-End-Tests mit Playwright.</w:t>
      </w:r>
    </w:p>
    <w:p>
      <w:r>
        <w:t>Tech: Python, Python Eve, MongoDB, TDD, Vue.js, Docker, GitLab, GitLab CI, REST, Playwright</w:t>
      </w:r>
    </w:p>
    <w:p>
      <w:r>
        <w:rPr>
          <w:b/>
        </w:rPr>
        <w:t>07/2022–04/2024 (22 Monate) — Front- &amp; Backend, Heizkostenabrechnung</w:t>
      </w:r>
    </w:p>
    <w:p>
      <w:r>
        <w:t>Brunata · Remote · Industrie</w:t>
      </w:r>
    </w:p>
    <w:p>
      <w:r>
        <w:t>Rollen: Fullstack-Entwicklung · Konzeption · DevOps</w:t>
      </w:r>
    </w:p>
    <w:p>
      <w:r>
        <w:t>Entwicklung produktiver serverseitiger Dienste und APIs mit Java und Spring Boot: Microservice zum Parsing und Erzeugen von Heizkostendateien (Haweiko-Arge-Standard). Entwurf und Entwicklung in einer Microservices-Architektur mit REST-Schnittstellen (OpenAPI, Swagger), Absicherung über Spring Security und Keycloak, Persistenz in MongoDB. Aktive Nutzung von GitLab in der Entwicklung (Versionsverwaltung, Merge-Request- und Review-Workflow); Erstellung und Wartung der CI/CD-Pipelines in GitLab CI zur automatisierten Build- und Deployment-Ausführung. Arbeit nach DevOps-Prinzipien mit Verantwortung für Build und Betrieb der Dienste in Docker. Testgetriebene Entwicklung (JUnit, Mockito), automatisierte End-to-End-Tests mit Playwright. Frontend-Entwicklung.</w:t>
      </w:r>
    </w:p>
    <w:p>
      <w:r>
        <w:t>Tech: Java, Spring Boot, MongoDB, JUnit, TDD, React, Docker, GitLab, GitLab CI, Spring Security, Keycloak, Mockito, OpenAPI, Swagger, REST, Microservices, Playwright</w:t>
      </w:r>
    </w:p>
    <w:p>
      <w:r>
        <w:rPr>
          <w:b/>
        </w:rPr>
        <w:t>01/2022–06/2022 (6 Monate) — Migration Payment-Backend Java EE → Spring Boot</w:t>
      </w:r>
    </w:p>
    <w:p>
      <w:r>
        <w:t>Condor · Remote · Marketing</w:t>
      </w:r>
    </w:p>
    <w:p>
      <w:r>
        <w:t>Rollen: Backend-Entwicklung</w:t>
      </w:r>
    </w:p>
    <w:p>
      <w:r>
        <w:t>EJB-basiertes Java-EE-Payment-Backend nach Spring Boot migriert, als Docker-Container bereitgestellt.</w:t>
      </w:r>
    </w:p>
    <w:p>
      <w:r>
        <w:t>Tech: Java, Java EE, JPA, Spring Boot, MySQL, Docker, Mockito, JUnit, TDD</w:t>
      </w:r>
    </w:p>
    <w:p>
      <w:r>
        <w:rPr>
          <w:b/>
        </w:rPr>
        <w:t>04/2021–11/2021 (8 Monate) — Software &amp; Datenanalyse im Marketing</w:t>
      </w:r>
    </w:p>
    <w:p>
      <w:r>
        <w:t>DigitalMarketer.com · Remote · Marketing</w:t>
      </w:r>
    </w:p>
    <w:p>
      <w:r>
        <w:t>Rollen: Fullstack-Entwicklung · Prototyping · Konzeption · Data Analysis</w:t>
      </w:r>
    </w:p>
    <w:p>
      <w:r>
        <w:t>Entwicklung serverseitiger Dienste mit Java und Spring Boot: Webscraping-Microservices sowie Microsites (Vue.js, Quasar) mit Spring-Boot-Backend für Berechnungstools, Umfragen und Questionnaire-Funnels; Datenanalyse in R. Entwurf und Entwicklung in einer Microservices-Architektur mit REST-Schnittstellen (OpenAPI, Feign), Persistenz in PostgreSQL und MongoDB. Aktive Nutzung von GitLab in der Entwicklung (Versionsverwaltung, Merge-Request- und Review-Workflow); Erstellung und Wartung der CI/CD-Pipelines in GitLab CI. Arbeit nach DevOps-Prinzipien mit Verantwortung für Build und Betrieb der Dienste in Docker und Kubernetes. Testgetriebene Entwicklung (JUnit, Mockito).</w:t>
      </w:r>
    </w:p>
    <w:p>
      <w:r>
        <w:t>Tech: Scrum, Spring Boot, Docker, Kubernetes, Microservices, REST, R, Python, Java, OpenAPI, Feign, JUnit, TDD, Mockito, Vue.js, Quasar, MongoDB, dplyr, GitLab CI, GitLab, PostgreSQL, Python Eve, Python Flask, DigitalOcean, Webscraping, A/B Testing, Topic Modeling</w:t>
      </w:r>
    </w:p>
    <w:p>
      <w:r>
        <w:rPr>
          <w:b/>
        </w:rPr>
        <w:t>01/2021–03/2021 (3 Monate) — Marketing-Kampagnen-Tools</w:t>
      </w:r>
    </w:p>
    <w:p>
      <w:r>
        <w:t>DigitalMarketer.com · Remote · Marketing</w:t>
      </w:r>
    </w:p>
    <w:p>
      <w:r>
        <w:t>Rollen: Fullstack-Entwicklung · Konzeption</w:t>
      </w:r>
    </w:p>
    <w:p>
      <w:r>
        <w:t>Tools zur Generierung von Marketing-Kampagnen und Publikation auf Google Ads / Twitter Ads: Java-/Spring-Boot-Microservices mit REST-Schnittstellen (OpenAPI, Feign), Vue.js-/Quasar-Frontend, Ablage in AWS S3. Entwurf und Entwicklung in einer Microservices-Architektur. Aktive Nutzung von GitLab in der Entwicklung (Versionsverwaltung, Merge-Request- und Review-Workflow); Erstellung und Wartung der CI/CD-Pipelines in GitLab CI. Arbeit nach DevOps-Prinzipien mit Verantwortung für Build und Betrieb der Dienste in Docker und Kubernetes. Testgetriebene Entwicklung (JUnit, Mockito).</w:t>
      </w:r>
    </w:p>
    <w:p>
      <w:r>
        <w:t>Tech: Scrum, Spring Boot, Docker, Kubernetes, Microservices, REST, Java, OpenAPI, Feign, JUnit, TDD, Mockito, Vue.js, Quasar, AWS S3, GitLab CI, GitLab</w:t>
      </w:r>
    </w:p>
    <w:p>
      <w:r>
        <w:rPr>
          <w:b/>
        </w:rPr>
        <w:t>12/2019–12/2020 (13 Monate) — Konfiguration von Telekommunikationsendgeräten über Webschnittstelle</w:t>
      </w:r>
    </w:p>
    <w:p>
      <w:r>
        <w:t>Deutsche Telekom · Darmstadt/Remote · Telekommunikation</w:t>
      </w:r>
    </w:p>
    <w:p>
      <w:r>
        <w:t>Rollen: DevOps · Build- &amp; Konfigurationsmanagement · Fullstack-Entwicklung</w:t>
      </w:r>
    </w:p>
    <w:p>
      <w:r>
        <w:t>Bestehenden Prototyp zur Konfiguration von Telekommunikationsendgeräten über eine Webschnittstelle weiterentwickelt und in den Produktionsbetrieb überführt. Entwicklung produktiver serverseitiger Dienste und APIs mit Java und Spring Boot in einer Microservices-Architektur (REST, Feign, Spring Data/JPA), Vue.js-Frontend, Absicherung über Keycloak, Persistenz in MySQL und MongoDB. Arbeit nach DevOps-Prinzipien mit Verantwortung für Build, Betrieb und Monitoring der Dienste: Docker und Kubernetes (Rancher), Logging und Tracing über Kibana, Sleuth und Zipkin. Aktive Nutzung von GitLab in der Entwicklung (Versionsverwaltung, Merge-Request- und Review-Workflow); Erstellung und Wartung der CI/CD-Pipelines in GitLab CI zur automatisierten Build- und Deployment-Ausführung. Testgetriebene Entwicklung (JUnit, Mockito).</w:t>
      </w:r>
    </w:p>
    <w:p>
      <w:r>
        <w:t>Tech: Java, Spring Boot, Docker, Kubernetes, Microservices, REST, Spring Data, JPA, JUnit, TDD, Mockito, Vue.js, MySQL, MongoDB, HTML, CSS, GitLab, GitLab CI, Rancher, Kibana, Feign, Keycloak, Sleuth, Zipkin</w:t>
      </w:r>
    </w:p>
    <w:p>
      <w:r>
        <w:rPr>
          <w:b/>
        </w:rPr>
        <w:t>07/2019–12/2019 (6 Monate) — Training eines Agenten zum Aktienhandel</w:t>
      </w:r>
    </w:p>
    <w:p>
      <w:r>
        <w:t>JiGaoTrading · Remote · Finanz</w:t>
      </w:r>
    </w:p>
    <w:p>
      <w:r>
        <w:t>Rollen: Machine Learning · Data Analysis</w:t>
      </w:r>
    </w:p>
    <w:p>
      <w:r>
        <w:t>Agent, der eigenständig an chinesischen Börsen handelt (Reinforcement Learning).</w:t>
      </w:r>
    </w:p>
    <w:p>
      <w:r>
        <w:t>Tech: Reinforcement Learning, Python, R, Docker, AWS S3, OpenAI Gym, GitLab, seaborn, AWS SageMaker, MongoDB</w:t>
      </w:r>
    </w:p>
    <w:p>
      <w:r>
        <w:rPr>
          <w:b/>
        </w:rPr>
        <w:t>04/2019–08/2019 (5 Monate) — Datenanalyse &amp; Modellierung bei einer Verbraucher-Genossenschaft</w:t>
      </w:r>
    </w:p>
    <w:p>
      <w:r>
        <w:t>Co-operative Group (Coop) · Manchester · Finanz, Einzelhandel</w:t>
      </w:r>
    </w:p>
    <w:p>
      <w:r>
        <w:t>Rollen: Machine Learning · Data Analysis</w:t>
      </w:r>
    </w:p>
    <w:p>
      <w:r>
        <w:t>Explorative Datenanalyse, Datenbereinigung, Aggregation; unüberwachtes Lernen (Clustering, Feature-Reduktion).</w:t>
      </w:r>
    </w:p>
    <w:p>
      <w:r>
        <w:t>Tech: R, Python, Jupyter, RMarkdown, ggplot, scikit-learn, pandas, numpy, dplyr, k-means, PCA, t-SNE, Docker, Git</w:t>
      </w:r>
    </w:p>
    <w:p>
      <w:r>
        <w:rPr>
          <w:b/>
        </w:rPr>
        <w:t>11/2018–03/2019 (5 Monate) — Bildhomogenität von Produktnischen aus Produktfotos</w:t>
      </w:r>
    </w:p>
    <w:p>
      <w:r>
        <w:t>Sellics · Remote · E-Commerce</w:t>
      </w:r>
    </w:p>
    <w:p>
      <w:r>
        <w:t>Rollen: Machine Learning · Data Analysis</w:t>
      </w:r>
    </w:p>
    <w:p>
      <w:r>
        <w:t>Modell zur Quantifizierung der Bildhomogenität von Amazon-Produktnischen, um unterversorgte Nischen früh zu erkennen. ResNet50-CNN mit Transfer Learning (Keras) trainiert, über eine Build-Pipeline mit DeepLearning4J als Java-Microservice in die bestehende Landschaft deployt; Kafka-Datenpipeline für kontinuierliches Nachtraining vorbereitet.</w:t>
      </w:r>
    </w:p>
    <w:p>
      <w:r>
        <w:t>Tech: Python, Keras, ResNet50, Transfer Learning, CNN, DeepLearning4J, Java, Kafka, Microservices, Docker</w:t>
      </w:r>
    </w:p>
    <w:p>
      <w:r>
        <w:rPr>
          <w:b/>
        </w:rPr>
        <w:t>06/2018–10/2018 (5 Monate) — Bildästhetik-Klassifizierung von Airbnb-Fotos</w:t>
      </w:r>
    </w:p>
    <w:p>
      <w:r>
        <w:t>AirDNA · Remote · Touristik</w:t>
      </w:r>
    </w:p>
    <w:p>
      <w:r>
        <w:t>Rollen: Machine Learning · Data Analysis</w:t>
      </w:r>
    </w:p>
    <w:p>
      <w:r>
        <w:t>Microservice zur Qualitätsbewertung von Airbnb-Fotos: Python-Scraper baute eine Bilddatenbank (~15k Bilder), Labeling über Amazon Mechanical Turk, explorative Datenanalyse in R; CNN mit Transfer Learning (Keras, ResNet50) auf AWS-GPU-Instanz trainiert, über DeepLearning4J als Spring-Boot-Microservice deployt.</w:t>
      </w:r>
    </w:p>
    <w:p>
      <w:r>
        <w:t>Tech: Java, Python, Keras, ResNet50, CNN, Transfer Learning, DeepLearning4J, Spring Boot, R, AWS, GPU, Jenkins, Amazon Mechanical Turk, Webscraping, Microservices</w:t>
      </w:r>
    </w:p>
    <w:p>
      <w:r>
        <w:rPr>
          <w:b/>
        </w:rPr>
        <w:t>08/2017–03/2019 (20 Monate) — Connected Van — Fahrtenbuch</w:t>
      </w:r>
    </w:p>
    <w:p>
      <w:r>
        <w:t>Volkswagen · Remote · Automobil</w:t>
      </w:r>
    </w:p>
    <w:p>
      <w:r>
        <w:t>Rollen: Backend-Entwicklung</w:t>
      </w:r>
    </w:p>
    <w:p>
      <w:r>
        <w:t>Microservices für Geolocation von Fahrzeugen und Tanklogbuch.</w:t>
      </w:r>
    </w:p>
    <w:p>
      <w:r>
        <w:t>Tech: Spring Boot, Docker, Kubernetes, Microservices, REST, Java, Maven, Swagger, OpenAPI, Feign, Sleuth, Zipkin, MySQL, MongoDB, Jira, Confluence, JUnit, TDD, Mockito, Microsoft Azure, Kibana, Spring, Git, Kafka</w:t>
      </w:r>
    </w:p>
    <w:p>
      <w:r>
        <w:rPr>
          <w:b/>
        </w:rPr>
        <w:t>04/2017–07/2017 (4 Monate) — Rechnungsmanagement-Plattform (KMU) — ML</w:t>
      </w:r>
    </w:p>
    <w:p>
      <w:r>
        <w:t>Deutsche Verrechnungstelle / DVAG · Frankfurt a. Main · Versicherung, Finanz, Startup</w:t>
      </w:r>
    </w:p>
    <w:p>
      <w:r>
        <w:t>Rollen: Machine Learning · Data Analysis</w:t>
      </w:r>
    </w:p>
    <w:p>
      <w:r>
        <w:t>Datenanalyse; Prototyp zur Vorhersage von Zahlungseingängen (ML).</w:t>
      </w:r>
    </w:p>
    <w:p>
      <w:r>
        <w:t>Tech: Python, R, ggplot, scikit-learn, pandas, numpy, seaborn, RMarkdown, Jupyter, Git</w:t>
      </w:r>
    </w:p>
    <w:p>
      <w:r>
        <w:rPr>
          <w:b/>
        </w:rPr>
        <w:t>07/2015–07/2017 (25 Monate) — Rechnungsmanagement-Plattform (KMU)</w:t>
      </w:r>
    </w:p>
    <w:p>
      <w:r>
        <w:t>Deutsche Verrechnungstelle / DVAG · Frankfurt a. Main · Versicherung, Finanz, Startup</w:t>
      </w:r>
    </w:p>
    <w:p>
      <w:r>
        <w:t>Rollen: Fullstack-Entwicklung</w:t>
      </w:r>
    </w:p>
    <w:p>
      <w:r>
        <w:t>Plattform für den vollen Rechnungs-Lebenszyklus (Erstellung, Zahlung, Mahnwesen, Inkasso); diverse Spring-Boot-Microservices.</w:t>
      </w:r>
    </w:p>
    <w:p>
      <w:r>
        <w:t>Tech: Spring Boot, Docker, Kubernetes, Microservices, REST, Java, Maven, Spring Security, OAuth2, Spring Integration, MongoDB, Jira, Confluence, JUnit, TDD, Mockito, Selenium, AngularJS, Grunt, npm, Spring, Git</w:t>
      </w:r>
    </w:p>
    <w:p>
      <w:r>
        <w:rPr>
          <w:b/>
        </w:rPr>
        <w:t>02/2015–06/2015 (5 Monate) — Rechnungsmanagement-Plattform (KMU) — Inkasso-Anbindung</w:t>
      </w:r>
    </w:p>
    <w:p>
      <w:r>
        <w:t>Deutsche Verrechnungstelle / DVAG · Frankfurt a. Main · Versicherung, Finanz, Startup</w:t>
      </w:r>
    </w:p>
    <w:p>
      <w:r>
        <w:t>Rollen: Fullstack-Entwicklung</w:t>
      </w:r>
    </w:p>
    <w:p>
      <w:r>
        <w:t>Microservice zur Anbindung eines Inkasso-Anbieters inkl. SinglePage-Admin-Frontend.</w:t>
      </w:r>
    </w:p>
    <w:p>
      <w:r>
        <w:t>Tech: Spring Boot, Docker, Kubernetes, Microservices, REST, Java, Maven, Spring Security, OAuth2, Spring Integration, MongoDB, Jira, Confluence, JUnit, TDD, Mockito, Selenium, AngularJS, Grunt, npm, Spring, Git</w:t>
      </w:r>
    </w:p>
    <w:p>
      <w:r>
        <w:rPr>
          <w:b/>
        </w:rPr>
        <w:t>01/2015–02/2015 (2 Monate) — Rechnungsmanagement-Plattform (KMU) — OAuth2-Service</w:t>
      </w:r>
    </w:p>
    <w:p>
      <w:r>
        <w:t>Deutsche Verrechnungstelle / DVAG · Frankfurt a. Main · Versicherung, Finanz, Startup</w:t>
      </w:r>
    </w:p>
    <w:p>
      <w:r>
        <w:t>Rollen: Fullstack-Entwicklung</w:t>
      </w:r>
    </w:p>
    <w:p>
      <w:r>
        <w:t>OAuth2-Microservice mit Administrationsfrontend.</w:t>
      </w:r>
    </w:p>
    <w:p>
      <w:r>
        <w:t>Tech: Spring Boot, Docker, Microservices, REST, Java, Maven, Spring Security, OAuth2, MongoDB, AngularJS, Git</w:t>
      </w:r>
    </w:p>
    <w:p>
      <w:r>
        <w:rPr>
          <w:b/>
        </w:rPr>
        <w:t>09/2014–12/2014 (4 Monate) — Rechnungsmanagement-Plattform (KMU) — Prototyp</w:t>
      </w:r>
    </w:p>
    <w:p>
      <w:r>
        <w:t>Deutsche Verrechnungstelle / DVAG · Frankfurt a. Main · Versicherung, Finanz, Startup</w:t>
      </w:r>
    </w:p>
    <w:p>
      <w:r>
        <w:t>Rollen: Fullstack-Entwicklung · Konzeption · Prototyping · Build- &amp; Konfigurationsmanagement</w:t>
      </w:r>
    </w:p>
    <w:p>
      <w:r>
        <w:t>Evaluierung Microservices / SPA, Prototyp für eine Rechnungsverwaltungsplattform.</w:t>
      </w:r>
    </w:p>
    <w:p>
      <w:r>
        <w:t>Tech: Java, JavaScript, HTML, CSS, Spring, Bootstrap, AngularJS, Grunt, npm, Spring Boot, Docker, Kubernetes, Microservices, REST, Maven, Spring Security, MongoDB, Jira, Confluence, Git</w:t>
      </w:r>
    </w:p>
    <w:p>
      <w:r>
        <w:rPr>
          <w:b/>
        </w:rPr>
        <w:t>01/2014–08/2014 (8 Monate) — Prototyp Fahrzeugkonfigurator</w:t>
      </w:r>
    </w:p>
    <w:p>
      <w:r>
        <w:t>Audi · Remote · Automobil</w:t>
      </w:r>
    </w:p>
    <w:p>
      <w:r>
        <w:t>Rollen: Fullstack-Entwicklung · Konzeption · Prototyping · Build- &amp; Konfigurationsmanagement</w:t>
      </w:r>
    </w:p>
    <w:p>
      <w:r>
        <w:t>SPA auf Basis AngularJS (Frontend) + Spring (Backend), RESTful API; Vergleich von Persistierungsansätzen (MySQL, MongoDB, Neo4j).</w:t>
      </w:r>
    </w:p>
    <w:p>
      <w:r>
        <w:t>Tech: Java, JavaScript, HTML, CSS, Bootstrap, Spring, Spring Security, Spring Data, MongoDB, Neo4j, MySQL, Maven, Tomcat, JUnit, TDD, Mockito, Selenium, Jira, Git</w:t>
      </w:r>
    </w:p>
    <w:p>
      <w:r>
        <w:rPr>
          <w:b/>
        </w:rPr>
        <w:t>06/2012–12/2013 (19 Monate) — Businessservices für ein Buchungs- &amp; Reservierungssystem</w:t>
      </w:r>
    </w:p>
    <w:p>
      <w:r>
        <w:t>Deutsches Reisebüro (DER) · Frankfurt a. Main · Touristik</w:t>
      </w:r>
    </w:p>
    <w:p>
      <w:r>
        <w:t>Rollen: Backend-Entwicklung</w:t>
      </w:r>
    </w:p>
    <w:p>
      <w:r>
        <w:t>Implementierung von Businessservices im Rahmen der Neuimplementierung eines Buchungs- und Reservierungssystems.</w:t>
      </w:r>
    </w:p>
    <w:p>
      <w:r>
        <w:t>Tech: Java, JUnit, TDD, Mockito, Spring, SOAP, Webservices, Jira, Maven</w:t>
      </w:r>
    </w:p>
    <w:p>
      <w:r>
        <w:rPr>
          <w:b/>
        </w:rPr>
        <w:t>05/2011–04/2012 (12 Monate) — Payment-Lösung auf Basis von QR-Codes</w:t>
      </w:r>
    </w:p>
    <w:p>
      <w:r>
        <w:t>Paycoo Ltd. · London · Finanz, Startup</w:t>
      </w:r>
    </w:p>
    <w:p>
      <w:r>
        <w:t>Rollen: Fullstack-Entwicklung · Konzeption · Build- &amp; Konfigurationsmanagement</w:t>
      </w:r>
    </w:p>
    <w:p>
      <w:r>
        <w:t>Geldtransfer zwischen Konten per QR-Code-Scan; Hybrid-App (GWT) eingebettet in native Mobile-Apps für breite Plattformabdeckung.</w:t>
      </w:r>
    </w:p>
    <w:p>
      <w:r>
        <w:t>Tech: Java, JUnit, TDD, Mockito, GWT, Phonegap, Spring, Spring Security, JPA, REST, ZXing, PayPal API, Maven, AWS EC2, AWS VPC, Jenkins, Artifactory</w:t>
      </w:r>
    </w:p>
    <w:p>
      <w:r>
        <w:rPr>
          <w:b/>
        </w:rPr>
        <w:t>10/2010–02/2011 (5 Monate) — Antest (EntryCheck) von Applikationsserver-Umgebungen</w:t>
      </w:r>
    </w:p>
    <w:p>
      <w:r>
        <w:t>Deutsche Telekom · Darmstadt · Telekommunikation</w:t>
      </w:r>
    </w:p>
    <w:p>
      <w:r>
        <w:t>Rollen: Jenkins-Pluginentwicklung · Maven-Pluginentwicklung</w:t>
      </w:r>
    </w:p>
    <w:p>
      <w:r>
        <w:t>Testumgebung zum technischen Antesten von Laufzeitumgebungen (Build &amp; Deployment) für eine große Java-EE-Unternehmensanwendung.</w:t>
      </w:r>
    </w:p>
    <w:p>
      <w:r>
        <w:t>Tech: Java, Maven, Jenkins, Groovy, Subversion (SVN)</w:t>
      </w:r>
    </w:p>
    <w:p>
      <w:r>
        <w:rPr>
          <w:b/>
        </w:rPr>
        <w:t>04/2010–09/2010 (6 Monate) — Webservices auf einem ESB (Mediation &amp; Rating)</w:t>
      </w:r>
    </w:p>
    <w:p>
      <w:r>
        <w:t>1&amp;1 · Montabaur · Telekommunikation</w:t>
      </w:r>
    </w:p>
    <w:p>
      <w:r>
        <w:t>Rollen: Backend-Entwicklung</w:t>
      </w:r>
    </w:p>
    <w:p>
      <w:r>
        <w:t>Softwaredesign, Webservices, Pflege/Wartung der Rating-Engine; Webservices zur Rechnungsübergabe an SAP.</w:t>
      </w:r>
    </w:p>
    <w:p>
      <w:r>
        <w:t>Tech: Java, Spring, Spring Security, JPA, Hibernate, Maven, JUnit, TDD, Mockito, DBUnit, ServiceMix, Webservices, CXF, XFire, SAP-Anbindung, SAP BAPI, JBoss, Oracle, Subversion (SVN)</w:t>
      </w:r>
    </w:p>
    <w:p>
      <w:r>
        <w:rPr>
          <w:b/>
        </w:rPr>
        <w:t>05/2009–03/2010 (11 Monate) — Migration der Stammdatenverwaltung einer Großbank</w:t>
      </w:r>
    </w:p>
    <w:p>
      <w:r>
        <w:t>Commerzbank · Frankfurt a. Main · Bank, Finanz</w:t>
      </w:r>
    </w:p>
    <w:p>
      <w:r>
        <w:t>Rollen: Backend-Entwicklung</w:t>
      </w:r>
    </w:p>
    <w:p>
      <w:r>
        <w:t>Workflows zur Persistierung von Stammdaten, kanonisches XML-Modell, RDF-Beschreibung für maschinelle Verarbeitung.</w:t>
      </w:r>
    </w:p>
    <w:p>
      <w:r>
        <w:t>Tech: Java, Java EE, IBM MDM (WCC), EJB, JPA, RDF, XML, Oracle, Subversion (SVN)</w:t>
      </w:r>
    </w:p>
    <w:p>
      <w:pPr>
        <w:pStyle w:val="Heading1"/>
      </w:pPr>
      <w:r>
        <w:rPr>
          <w:color w:val="0A4640"/>
        </w:rPr>
        <w:t>Ausbildung &amp; Zertifikate</w:t>
      </w:r>
    </w:p>
    <w:p>
      <w:r>
        <w:rPr>
          <w:b/>
        </w:rPr>
        <w:t>11/1997 — Dipl.-Ing. (Univ.) Elektrotechnik</w:t>
      </w:r>
      <w:r>
        <w:t>, Universität Erlangen-Nürnberg</w:t>
      </w:r>
    </w:p>
    <w:p>
      <w:r>
        <w:rPr>
          <w:b/>
        </w:rPr>
        <w:t>05/1989 — Abitur</w:t>
      </w:r>
      <w:r>
        <w:t>, Gymnasium am Romäusring, Villingen-Schwenningen</w:t>
      </w:r>
    </w:p>
    <w:p>
      <w:r>
        <w:rPr>
          <w:b/>
        </w:rPr>
        <w:t>12/2018 — Machine Learning Engineer Nanodegree</w:t>
      </w:r>
      <w:r>
        <w:t>, Udacity</w:t>
      </w:r>
    </w:p>
    <w:p>
      <w:r>
        <w:rPr>
          <w:b/>
        </w:rPr>
        <w:t>08/2017 — Data Analyst Nanodegree</w:t>
      </w:r>
      <w:r>
        <w:t>, Udacity</w:t>
      </w:r>
    </w:p>
    <w:p>
      <w:pPr>
        <w:pStyle w:val="Heading1"/>
      </w:pPr>
      <w:r>
        <w:rPr>
          <w:color w:val="0A4640"/>
        </w:rPr>
        <w:t>Kontakt</w:t>
      </w:r>
    </w:p>
    <w:p>
      <w:r>
        <w:t>Telefon: +49 15510 249850</w:t>
      </w:r>
    </w:p>
    <w:p>
      <w:r>
        <w:t>Website: https://jenslaufer.com</w:t>
      </w:r>
    </w:p>
    <w:p>
      <w:r>
        <w:t>GitHub: https://github.com/jenslaufer</w:t>
      </w:r>
    </w:p>
    <w:p>
      <w:r>
        <w:t>LinkedIn: https://www.linkedin.com/in/jenslaufer</w:t>
      </w:r>
    </w:p>
    <w:p>
      <w:r>
        <w:t>Kaggle: https://kaggle.com/jenslaufer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