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Jens Laufer</w:t>
      </w:r>
    </w:p>
    <w:p>
      <w:r>
        <w:rPr>
          <w:b/>
        </w:rPr>
        <w:t>Forward Deployed Engineer — autonomous AI agents and the harness that makes them reliable</w:t>
      </w:r>
    </w:p>
    <w:p>
      <w:r>
        <w:t>Harness &amp; Agentic Engineering · Forward Deployed · Python · LLM agents / MCP · RAG · Enterprise integration · Java / Spring Boot · Vue 3 · Docker</w:t>
      </w:r>
    </w:p>
    <w:p>
      <w:r>
        <w:t>Available from 15 September 2026 · worldwide · Remote share 95 % · Day rate €2,000/day (excl. VAT)</w:t>
      </w:r>
    </w:p>
    <w:p>
      <w:pPr>
        <w:pStyle w:val="Heading1"/>
      </w:pPr>
      <w:r>
        <w:rPr>
          <w:color w:val="0A4640"/>
        </w:rPr>
        <w:t>Focus</w:t>
      </w:r>
    </w:p>
    <w:p>
      <w:pPr>
        <w:pStyle w:val="ListBullet"/>
      </w:pPr>
      <w:r>
        <w:t>~16 years of full-stack engineering (since 2009), freelance throughout.</w:t>
      </w:r>
    </w:p>
    <w:p>
      <w:pPr>
        <w:pStyle w:val="ListBullet"/>
      </w:pPr>
      <w:r>
        <w:t>Java/Spring Boot microservices with Vue.js and React front-ends — end-to-end with Docker, Kubernetes and GitLab CI.</w:t>
      </w:r>
    </w:p>
    <w:p>
      <w:pPr>
        <w:pStyle w:val="ListBullet"/>
      </w:pPr>
      <w:r>
        <w:t>Strictly test-driven (TDD, JUnit, Mockito, Playwright/Selenium).</w:t>
      </w:r>
    </w:p>
    <w:p>
      <w:pPr>
        <w:pStyle w:val="ListBullet"/>
      </w:pPr>
      <w:r>
        <w:t>Second track in data science and machine learning — Udacity ML Engineer &amp; Data Analyst, Kaggle, writer at Towards Data Science.</w:t>
      </w:r>
    </w:p>
    <w:p>
      <w:pPr>
        <w:pStyle w:val="ListBullet"/>
      </w:pPr>
      <w:r>
        <w:t>Broad industry exposure: banking/finance, insurance, automotive, telecommunications, travel, industry, retail, marketing and startups.</w:t>
      </w:r>
    </w:p>
    <w:p>
      <w:pPr>
        <w:pStyle w:val="Heading1"/>
      </w:pPr>
      <w:r>
        <w:rPr>
          <w:color w:val="0A4640"/>
        </w:rPr>
        <w:t>Skills</w:t>
      </w:r>
    </w:p>
    <w:p>
      <w:r>
        <w:rPr>
          <w:b/>
        </w:rPr>
        <w:t xml:space="preserve">Languages: </w:t>
      </w:r>
      <w:r>
        <w:t>Java, JavaScript, TypeScript, Python, R, Groovy</w:t>
      </w:r>
    </w:p>
    <w:p>
      <w:r>
        <w:rPr>
          <w:b/>
        </w:rPr>
        <w:t xml:space="preserve">Microservices / Backend: </w:t>
      </w:r>
      <w:r>
        <w:t>Spring Boot, Spring, Spring Data, Spring Integration, Spring Security, OAuth2, Microservices, Feign, Sleuth, Zipkin, Python Eve, Python Flask, Java EE, EJB</w:t>
      </w:r>
    </w:p>
    <w:p>
      <w:r>
        <w:rPr>
          <w:b/>
        </w:rPr>
        <w:t xml:space="preserve">Frontend: </w:t>
      </w:r>
      <w:r>
        <w:t>Vue.js, React, AngularJS, GWT, Quasar, HTML, CSS, Bootstrap</w:t>
      </w:r>
    </w:p>
    <w:p>
      <w:r>
        <w:rPr>
          <w:b/>
        </w:rPr>
        <w:t xml:space="preserve">Persistence / Databases: </w:t>
      </w:r>
      <w:r>
        <w:t>MySQL, MongoDB, PostgreSQL, Oracle, Neo4j, JPA, Hibernate</w:t>
      </w:r>
    </w:p>
    <w:p>
      <w:r>
        <w:rPr>
          <w:b/>
        </w:rPr>
        <w:t xml:space="preserve">DevOps / Cloud: </w:t>
      </w:r>
      <w:r>
        <w:t>Docker, Kubernetes, Rancher, GitLab CI, Jenkins, Maven, Grunt, npm, Artifactory, AWS (EC2, S3, SageMaker, VPC), Microsoft Azure, DigitalOcean</w:t>
      </w:r>
    </w:p>
    <w:p>
      <w:r>
        <w:rPr>
          <w:b/>
        </w:rPr>
        <w:t xml:space="preserve">Security / IAM: </w:t>
      </w:r>
      <w:r>
        <w:t>Keycloak, Spring Security, OAuth2</w:t>
      </w:r>
    </w:p>
    <w:p>
      <w:r>
        <w:rPr>
          <w:b/>
        </w:rPr>
        <w:t xml:space="preserve">Testing: </w:t>
      </w:r>
      <w:r>
        <w:t>JUnit, TDD, Mockito, Selenium, DBUnit, Playwright</w:t>
      </w:r>
    </w:p>
    <w:p>
      <w:r>
        <w:rPr>
          <w:b/>
        </w:rPr>
        <w:t xml:space="preserve">API / Integration: </w:t>
      </w:r>
      <w:r>
        <w:t>REST, Swagger, OpenAPI, SOAP, Webservices, CXF, XFire, Kafka, ServiceMix</w:t>
      </w:r>
    </w:p>
    <w:p>
      <w:r>
        <w:rPr>
          <w:b/>
        </w:rPr>
        <w:t xml:space="preserve">Machine Learning: </w:t>
      </w:r>
      <w:r>
        <w:t>scikit-learn, Keras, DeepLearning4J, CNN, Transfer Learning, Supervised/Unsupervised, k-means, PCA, t-SNE, Reinforcement Learning, OpenAI Gym, Topic Modeling</w:t>
      </w:r>
    </w:p>
    <w:p>
      <w:r>
        <w:rPr>
          <w:b/>
        </w:rPr>
        <w:t xml:space="preserve">Data Science: </w:t>
      </w:r>
      <w:r>
        <w:t>pandas, numpy, dplyr, Jupyter, RMarkdown, ggplot, seaborn, Vega-Lite, A/B Testing, Webscraping</w:t>
      </w:r>
    </w:p>
    <w:p>
      <w:r>
        <w:rPr>
          <w:b/>
        </w:rPr>
        <w:t xml:space="preserve">Tooling / Other: </w:t>
      </w:r>
      <w:r>
        <w:t>Git, GitLab, Subversion, Jira, Confluence, Kibana, ANTLR, JavaCC, ZXing (QR), PayPal API, RDF/XML/JSON, SAP (BAPI), Phonegap, JBoss, Tomcat</w:t>
      </w:r>
    </w:p>
    <w:p>
      <w:pPr>
        <w:pStyle w:val="Heading1"/>
      </w:pPr>
      <w:r>
        <w:rPr>
          <w:color w:val="0A4640"/>
        </w:rPr>
        <w:t>Project history</w:t>
      </w:r>
    </w:p>
    <w:p>
      <w:r>
        <w:rPr>
          <w:b/>
        </w:rPr>
        <w:t>since 12/2025 (ongoing) — Autonomous AI agent systems — Harness &amp; Agentic Engineering</w:t>
      </w:r>
    </w:p>
    <w:p>
      <w:r>
        <w:t>Solytics GmbH · Remote · AI / SaaS</w:t>
      </w:r>
    </w:p>
    <w:p>
      <w:r>
        <w:t>Roles: Harness engineering · Agent engineering · AI system architecture · Full-stack engineering · DevOps</w:t>
      </w:r>
    </w:p>
    <w:p>
      <w:r>
        <w:t>Building and running autonomous LLM agent systems as a harness engineer — the engineering around the model, not the model itself. The harness is the product: the agent loop and its stop conditions, tool use over MCP, layered memory (durable facts, running context, session state), approval gates for anything irreversible, quality gates that must pass before an agent may ship, observability over every run, budget and rate-limit control with model routing and fallback, plus recovery when a run is killed mid-flight. A local multi-model proxy keeps the whole thing independent of any single provider. Two systems in production: a self-directing AI business partner that plans, writes code, tests and deploys around the clock, and Fabrik ([fabrikhq.com](https://fabrikhq.com)), a multi-agent platform for autonomous software delivery with parallel worker agents. Event-driven orchestration over Telegram, GitHub and systemd; several AI-built SaaS products shipped end to end.</w:t>
      </w:r>
    </w:p>
    <w:p>
      <w:r>
        <w:t>Tech: Claude / Anthropic API, LLM-Agenten, Agent Harness, Multi-Agent-Orchestration, Tool Use / MCP, RAG, Prompt Engineering, Python, FastAPI, Vue 3, Go, Docker, systemd, GitHub Actions, DigitalOcean, SQLite, TDD, TypeScript</w:t>
      </w:r>
    </w:p>
    <w:p>
      <w:r>
        <w:rPr>
          <w:b/>
        </w:rPr>
        <w:t>07/2024–06/2025 (12 months) — Digital property profile for owners</w:t>
      </w:r>
    </w:p>
    <w:p>
      <w:r>
        <w:t>verkaufe.immobilien · Remote · Internet</w:t>
      </w:r>
    </w:p>
    <w:p>
      <w:r>
        <w:t>Roles: Full-stack engineering · Solution design · DevOps</w:t>
      </w:r>
    </w:p>
    <w:p>
      <w:r>
        <w:t>Full-stack development of a digital property profile that owners create and maintain themselves: Vue.js front-end, Python back-end (Eve) with a REST API and MongoDB. Day-to-day GitLab work (version control, merge-request and review workflow); built and maintained the GitLab CI pipelines for automated build and deployment. Worked to DevOps principles, owning build and operation of the services in Docker. Test-driven development, automated end-to-end tests with Playwright.</w:t>
      </w:r>
    </w:p>
    <w:p>
      <w:r>
        <w:t>Tech: Python, Python Eve, MongoDB, TDD, Vue.js, Docker, GitLab, GitLab CI, REST, Playwright</w:t>
      </w:r>
    </w:p>
    <w:p>
      <w:r>
        <w:rPr>
          <w:b/>
        </w:rPr>
        <w:t>07/2022–04/2024 (22 months) — Front- and back-end, heating cost billing</w:t>
      </w:r>
    </w:p>
    <w:p>
      <w:r>
        <w:t>Brunata · Remote · Industry</w:t>
      </w:r>
    </w:p>
    <w:p>
      <w:r>
        <w:t>Roles: Full-stack engineering · Solution design · DevOps</w:t>
      </w:r>
    </w:p>
    <w:p>
      <w:r>
        <w:t>Production server-side services and APIs in Java and Spring Boot: a microservice that parses and generates heating-cost files in the Haweiko-Arge industry format. Designed and built in a microservices architecture with REST interfaces (OpenAPI, Swagger), secured with Spring Security and Keycloak, persisted in MongoDB. Day-to-day GitLab work (version control, merge-request and review workflow); built and maintained the GitLab CI pipelines for automated build and deployment. Worked to DevOps principles, owning build and operation of the services in Docker. Test-driven development (JUnit, Mockito), automated end-to-end tests with Playwright. Front-end development.</w:t>
      </w:r>
    </w:p>
    <w:p>
      <w:r>
        <w:t>Tech: Java, Spring Boot, MongoDB, JUnit, TDD, React, Docker, GitLab, GitLab CI, Spring Security, Keycloak, Mockito, OpenAPI, Swagger, REST, Microservices, Playwright</w:t>
      </w:r>
    </w:p>
    <w:p>
      <w:r>
        <w:rPr>
          <w:b/>
        </w:rPr>
        <w:t>01/2022–06/2022 (6 months) — Payment back-end migration Java EE → Spring Boot</w:t>
      </w:r>
    </w:p>
    <w:p>
      <w:r>
        <w:t>Condor · Remote · Marketing</w:t>
      </w:r>
    </w:p>
    <w:p>
      <w:r>
        <w:t>Roles: Backend engineering</w:t>
      </w:r>
    </w:p>
    <w:p>
      <w:r>
        <w:t>Migrated an EJB-based Java EE payment back-end to Spring Boot and shipped it as a Docker container.</w:t>
      </w:r>
    </w:p>
    <w:p>
      <w:r>
        <w:t>Tech: Java, Java EE, JPA, Spring Boot, MySQL, Docker, Mockito, JUnit, TDD</w:t>
      </w:r>
    </w:p>
    <w:p>
      <w:r>
        <w:rPr>
          <w:b/>
        </w:rPr>
        <w:t>04/2021–11/2021 (8 months) — Software and data analysis in marketing</w:t>
      </w:r>
    </w:p>
    <w:p>
      <w:r>
        <w:t>DigitalMarketer.com · Remote · Marketing</w:t>
      </w:r>
    </w:p>
    <w:p>
      <w:r>
        <w:t>Roles: Full-stack engineering · Prototyping · Solution design · Data analysis</w:t>
      </w:r>
    </w:p>
    <w:p>
      <w:r>
        <w:t>Server-side services in Java and Spring Boot: web-scraping microservices plus microsites (Vue.js, Quasar) with a Spring Boot back-end for calculators, surveys and questionnaire funnels; data analysis in R. Designed and built in a microservices architecture with REST interfaces (OpenAPI, Feign), persisted in PostgreSQL and MongoDB. Day-to-day GitLab work (version control, merge-request and review workflow); built and maintained the GitLab CI pipelines. Worked to DevOps principles, owning build and operation of the services in Docker and Kubernetes. Test-driven development (JUnit, Mockito).</w:t>
      </w:r>
    </w:p>
    <w:p>
      <w:r>
        <w:t>Tech: Scrum, Spring Boot, Docker, Kubernetes, Microservices, REST, R, Python, Java, OpenAPI, Feign, JUnit, TDD, Mockito, Vue.js, Quasar, MongoDB, dplyr, GitLab CI, GitLab, PostgreSQL, Python Eve, Python Flask, DigitalOcean, Webscraping, A/B Testing, Topic Modeling</w:t>
      </w:r>
    </w:p>
    <w:p>
      <w:r>
        <w:rPr>
          <w:b/>
        </w:rPr>
        <w:t>01/2021–03/2021 (3 months) — Marketing campaign tooling</w:t>
      </w:r>
    </w:p>
    <w:p>
      <w:r>
        <w:t>DigitalMarketer.com · Remote · Marketing</w:t>
      </w:r>
    </w:p>
    <w:p>
      <w:r>
        <w:t>Roles: Full-stack engineering · Solution design</w:t>
      </w:r>
    </w:p>
    <w:p>
      <w:r>
        <w:t>Tools that generate marketing campaigns and publish them to Google Ads and Twitter Ads: Java/Spring Boot microservices with REST interfaces (OpenAPI, Feign), Vue.js/Quasar front-end, storage in AWS S3. Designed and built in a microservices architecture. Day-to-day GitLab work (version control, merge-request and review workflow); built and maintained the GitLab CI pipelines. Worked to DevOps principles, owning build and operation of the services in Docker and Kubernetes. Test-driven development (JUnit, Mockito).</w:t>
      </w:r>
    </w:p>
    <w:p>
      <w:r>
        <w:t>Tech: Scrum, Spring Boot, Docker, Kubernetes, Microservices, REST, Java, OpenAPI, Feign, JUnit, TDD, Mockito, Vue.js, Quasar, AWS S3, GitLab CI, GitLab</w:t>
      </w:r>
    </w:p>
    <w:p>
      <w:r>
        <w:rPr>
          <w:b/>
        </w:rPr>
        <w:t>12/2019–12/2020 (13 months) — Web-based configuration of telecommunications devices</w:t>
      </w:r>
    </w:p>
    <w:p>
      <w:r>
        <w:t>Deutsche Telekom · Darmstadt/Remote · Telecommunications</w:t>
      </w:r>
    </w:p>
    <w:p>
      <w:r>
        <w:t>Roles: DevOps · Build &amp; configuration management · Full-stack engineering</w:t>
      </w:r>
    </w:p>
    <w:p>
      <w:r>
        <w:t>Took over an existing prototype for configuring telecommunications devices over a web interface, developed it further and moved it into production. Production server-side services and APIs in Java and Spring Boot in a microservices architecture (REST, Feign, Spring Data/JPA), Vue.js front-end, secured with Keycloak, persisted in MySQL and MongoDB. Worked to DevOps principles, owning build, operation and monitoring of the services: Docker and Kubernetes (Rancher), logging and tracing via Kibana, Sleuth and Zipkin. Day-to-day GitLab work (version control, merge-request and review workflow); built and maintained the GitLab CI pipelines for automated build and deployment. Test-driven development (JUnit, Mockito).</w:t>
      </w:r>
    </w:p>
    <w:p>
      <w:r>
        <w:t>Tech: Java, Spring Boot, Docker, Kubernetes, Microservices, REST, Spring Data, JPA, JUnit, TDD, Mockito, Vue.js, MySQL, MongoDB, HTML, CSS, GitLab, GitLab CI, Rancher, Kibana, Feign, Keycloak, Sleuth, Zipkin</w:t>
      </w:r>
    </w:p>
    <w:p>
      <w:r>
        <w:rPr>
          <w:b/>
        </w:rPr>
        <w:t>07/2019–12/2019 (6 months) — Training a stock-trading agent</w:t>
      </w:r>
    </w:p>
    <w:p>
      <w:r>
        <w:t>JiGaoTrading · Remote · Finance</w:t>
      </w:r>
    </w:p>
    <w:p>
      <w:r>
        <w:t>Roles: Machine learning · Data analysis</w:t>
      </w:r>
    </w:p>
    <w:p>
      <w:r>
        <w:t>An agent that trades autonomously on Chinese stock exchanges (reinforcement learning).</w:t>
      </w:r>
    </w:p>
    <w:p>
      <w:r>
        <w:t>Tech: Reinforcement Learning, Python, R, Docker, AWS S3, OpenAI Gym, GitLab, seaborn, AWS SageMaker, MongoDB</w:t>
      </w:r>
    </w:p>
    <w:p>
      <w:r>
        <w:rPr>
          <w:b/>
        </w:rPr>
        <w:t>04/2019–08/2019 (5 months) — Data analysis and modelling at a consumer cooperative</w:t>
      </w:r>
    </w:p>
    <w:p>
      <w:r>
        <w:t>Co-operative Group (Coop) · Manchester · Finance, Retail</w:t>
      </w:r>
    </w:p>
    <w:p>
      <w:r>
        <w:t>Roles: Machine learning · Data analysis</w:t>
      </w:r>
    </w:p>
    <w:p>
      <w:r>
        <w:t>Exploratory data analysis, data cleaning, aggregation; unsupervised learning (clustering, feature reduction).</w:t>
      </w:r>
    </w:p>
    <w:p>
      <w:r>
        <w:t>Tech: R, Python, Jupyter, RMarkdown, ggplot, scikit-learn, pandas, numpy, dplyr, k-means, PCA, t-SNE, Docker, Git</w:t>
      </w:r>
    </w:p>
    <w:p>
      <w:r>
        <w:rPr>
          <w:b/>
        </w:rPr>
        <w:t>11/2018–03/2019 (5 months) — Image homogeneity of product niches from product photos</w:t>
      </w:r>
    </w:p>
    <w:p>
      <w:r>
        <w:t>Sellics · Remote · E-commerce</w:t>
      </w:r>
    </w:p>
    <w:p>
      <w:r>
        <w:t>Roles: Machine learning · Data analysis</w:t>
      </w:r>
    </w:p>
    <w:p>
      <w:r>
        <w:t>A model that quantifies the image homogeneity of Amazon product niches to spot under-served niches early. Trained a ResNet50 CNN with transfer learning (Keras) and deployed it through a build pipeline as a Java microservice with DeepLearning4J into the existing landscape; prepared a Kafka data pipeline for continuous retraining.</w:t>
      </w:r>
    </w:p>
    <w:p>
      <w:r>
        <w:t>Tech: Python, Keras, ResNet50, Transfer Learning, CNN, DeepLearning4J, Java, Kafka, Microservices, Docker</w:t>
      </w:r>
    </w:p>
    <w:p>
      <w:r>
        <w:rPr>
          <w:b/>
        </w:rPr>
        <w:t>06/2018–10/2018 (5 months) — Aesthetic classification of Airbnb photos</w:t>
      </w:r>
    </w:p>
    <w:p>
      <w:r>
        <w:t>AirDNA · Remote · Travel</w:t>
      </w:r>
    </w:p>
    <w:p>
      <w:r>
        <w:t>Roles: Machine learning · Data analysis</w:t>
      </w:r>
    </w:p>
    <w:p>
      <w:r>
        <w:t>A microservice that scores the quality of Airbnb photos: a Python scraper built an image database (~15k images), labelling via Amazon Mechanical Turk, exploratory data analysis in R; trained a CNN with transfer learning (Keras, ResNet50) on an AWS GPU instance and deployed it as a Spring Boot microservice with DeepLearning4J.</w:t>
      </w:r>
    </w:p>
    <w:p>
      <w:r>
        <w:t>Tech: Java, Python, Keras, ResNet50, CNN, Transfer Learning, DeepLearning4J, Spring Boot, R, AWS, GPU, Jenkins, Amazon Mechanical Turk, Webscraping, Microservices</w:t>
      </w:r>
    </w:p>
    <w:p>
      <w:r>
        <w:rPr>
          <w:b/>
        </w:rPr>
        <w:t>08/2017–03/2019 (20 months) — Connected Van — driver's logbook</w:t>
      </w:r>
    </w:p>
    <w:p>
      <w:r>
        <w:t>Volkswagen · Remote · Automotive</w:t>
      </w:r>
    </w:p>
    <w:p>
      <w:r>
        <w:t>Roles: Backend engineering</w:t>
      </w:r>
    </w:p>
    <w:p>
      <w:r>
        <w:t>Microservices for vehicle geolocation and a fuel logbook.</w:t>
      </w:r>
    </w:p>
    <w:p>
      <w:r>
        <w:t>Tech: Spring Boot, Docker, Kubernetes, Microservices, REST, Java, Maven, Swagger, OpenAPI, Feign, Sleuth, Zipkin, MySQL, MongoDB, Jira, Confluence, JUnit, TDD, Mockito, Microsoft Azure, Kibana, Spring, Git, Kafka</w:t>
      </w:r>
    </w:p>
    <w:p>
      <w:r>
        <w:rPr>
          <w:b/>
        </w:rPr>
        <w:t>04/2017–07/2017 (4 months) — Invoice management platform (SME) — ML</w:t>
      </w:r>
    </w:p>
    <w:p>
      <w:r>
        <w:t>Deutsche Verrechnungstelle / DVAG · Frankfurt a. Main · Insurance, Finance, Startup</w:t>
      </w:r>
    </w:p>
    <w:p>
      <w:r>
        <w:t>Roles: Machine learning · Data analysis</w:t>
      </w:r>
    </w:p>
    <w:p>
      <w:r>
        <w:t>Data analysis; prototype for predicting incoming payments (ML).</w:t>
      </w:r>
    </w:p>
    <w:p>
      <w:r>
        <w:t>Tech: Python, R, ggplot, scikit-learn, pandas, numpy, seaborn, RMarkdown, Jupyter, Git</w:t>
      </w:r>
    </w:p>
    <w:p>
      <w:r>
        <w:rPr>
          <w:b/>
        </w:rPr>
        <w:t>07/2015–07/2017 (25 months) — Invoice management platform (SME)</w:t>
      </w:r>
    </w:p>
    <w:p>
      <w:r>
        <w:t>Deutsche Verrechnungstelle / DVAG · Frankfurt a. Main · Insurance, Finance, Startup</w:t>
      </w:r>
    </w:p>
    <w:p>
      <w:r>
        <w:t>Roles: Full-stack engineering</w:t>
      </w:r>
    </w:p>
    <w:p>
      <w:r>
        <w:t>Platform covering the full invoice life cycle (creation, payment, dunning, debt collection); a range of Spring Boot microservices.</w:t>
      </w:r>
    </w:p>
    <w:p>
      <w:r>
        <w:t>Tech: Spring Boot, Docker, Kubernetes, Microservices, REST, Java, Maven, Spring Security, OAuth2, Spring Integration, MongoDB, Jira, Confluence, JUnit, TDD, Mockito, Selenium, AngularJS, Grunt, npm, Spring, Git</w:t>
      </w:r>
    </w:p>
    <w:p>
      <w:r>
        <w:rPr>
          <w:b/>
        </w:rPr>
        <w:t>02/2015–06/2015 (5 months) — Invoice management platform (SME) — debt-collection integration</w:t>
      </w:r>
    </w:p>
    <w:p>
      <w:r>
        <w:t>Deutsche Verrechnungstelle / DVAG · Frankfurt a. Main · Insurance, Finance, Startup</w:t>
      </w:r>
    </w:p>
    <w:p>
      <w:r>
        <w:t>Roles: Full-stack engineering</w:t>
      </w:r>
    </w:p>
    <w:p>
      <w:r>
        <w:t>Microservice integrating a debt-collection provider</w:t>
      </w:r>
    </w:p>
    <w:p>
      <w:r>
        <w:t>Tech: Spring Boot, Docker, Kubernetes, Microservices, REST, Java, Maven, Spring Security, OAuth2, Spring Integration, MongoDB, Jira, Confluence, JUnit, TDD, Mockito, Selenium, AngularJS, Grunt, npm, Spring, Git</w:t>
      </w:r>
    </w:p>
    <w:p>
      <w:r>
        <w:rPr>
          <w:b/>
        </w:rPr>
        <w:t>01/2015–02/2015 (2 months) — Invoice management platform (SME) — OAuth2 service</w:t>
      </w:r>
    </w:p>
    <w:p>
      <w:r>
        <w:t>Deutsche Verrechnungstelle / DVAG · Frankfurt a. Main · Insurance, Finance, Startup</w:t>
      </w:r>
    </w:p>
    <w:p>
      <w:r>
        <w:t>Roles: Full-stack engineering</w:t>
      </w:r>
    </w:p>
    <w:p>
      <w:r>
        <w:t>OAuth2 microservice with an administration front-end.</w:t>
      </w:r>
    </w:p>
    <w:p>
      <w:r>
        <w:t>Tech: Spring Boot, Docker, Microservices, REST, Java, Maven, Spring Security, OAuth2, MongoDB, AngularJS, Git</w:t>
      </w:r>
    </w:p>
    <w:p>
      <w:r>
        <w:rPr>
          <w:b/>
        </w:rPr>
        <w:t>09/2014–12/2014 (4 months) — Invoice management platform (SME) — prototype</w:t>
      </w:r>
    </w:p>
    <w:p>
      <w:r>
        <w:t>Deutsche Verrechnungstelle / DVAG · Frankfurt a. Main · Insurance, Finance, Startup</w:t>
      </w:r>
    </w:p>
    <w:p>
      <w:r>
        <w:t>Roles: Full-stack engineering · Solution design · Prototyping · Build &amp; configuration management</w:t>
      </w:r>
    </w:p>
    <w:p>
      <w:r>
        <w:t>Evaluation of microservices and SPA approaches, prototype for an invoice management platform.</w:t>
      </w:r>
    </w:p>
    <w:p>
      <w:r>
        <w:t>Tech: Java, JavaScript, HTML, CSS, Spring, Bootstrap, AngularJS, Grunt, npm, Spring Boot, Docker, Kubernetes, Microservices, REST, Maven, Spring Security, MongoDB, Jira, Confluence, Git</w:t>
      </w:r>
    </w:p>
    <w:p>
      <w:r>
        <w:rPr>
          <w:b/>
        </w:rPr>
        <w:t>01/2014–08/2014 (8 months) — Vehicle configurator prototype</w:t>
      </w:r>
    </w:p>
    <w:p>
      <w:r>
        <w:t>Audi · Remote · Automotive</w:t>
      </w:r>
    </w:p>
    <w:p>
      <w:r>
        <w:t>Roles: Full-stack engineering · Solution design · Prototyping · Build &amp; configuration management</w:t>
      </w:r>
    </w:p>
    <w:p>
      <w:r>
        <w:t>SPA on AngularJS (front-end) with a Spring back-end and a RESTful API; comparison of persistence approaches (MySQL, MongoDB, Neo4j).</w:t>
      </w:r>
    </w:p>
    <w:p>
      <w:r>
        <w:t>Tech: Java, JavaScript, HTML, CSS, Bootstrap, Spring, Spring Security, Spring Data, MongoDB, Neo4j, MySQL, Maven, Tomcat, JUnit, TDD, Mockito, Selenium, Jira, Git</w:t>
      </w:r>
    </w:p>
    <w:p>
      <w:r>
        <w:rPr>
          <w:b/>
        </w:rPr>
        <w:t>06/2012–12/2013 (19 months) — Business services for a booking and reservation system</w:t>
      </w:r>
    </w:p>
    <w:p>
      <w:r>
        <w:t>Deutsches Reisebüro (DER) · Frankfurt a. Main · Travel</w:t>
      </w:r>
    </w:p>
    <w:p>
      <w:r>
        <w:t>Roles: Backend engineering</w:t>
      </w:r>
    </w:p>
    <w:p>
      <w:r>
        <w:t>Implementation of business services as part of the re-build of a booking and reservation system.</w:t>
      </w:r>
    </w:p>
    <w:p>
      <w:r>
        <w:t>Tech: Java, JUnit, TDD, Mockito, Spring, SOAP, Webservices, Jira, Maven</w:t>
      </w:r>
    </w:p>
    <w:p>
      <w:r>
        <w:rPr>
          <w:b/>
        </w:rPr>
        <w:t>05/2011–04/2012 (12 months) — QR-code based payment solution</w:t>
      </w:r>
    </w:p>
    <w:p>
      <w:r>
        <w:t>Paycoo Ltd. · London · Finance, Startup</w:t>
      </w:r>
    </w:p>
    <w:p>
      <w:r>
        <w:t>Roles: Full-stack engineering · Solution design · Build &amp; configuration management</w:t>
      </w:r>
    </w:p>
    <w:p>
      <w:r>
        <w:t>Money transfer between accounts by scanning a QR code; hybrid app (GWT) embedded in native mobile apps for broad platform coverage.</w:t>
      </w:r>
    </w:p>
    <w:p>
      <w:r>
        <w:t>Tech: Java, JUnit, TDD, Mockito, GWT, Phonegap, Spring, Spring Security, JPA, REST, ZXing, PayPal API, Maven, AWS EC2, AWS VPC, Jenkins, Artifactory</w:t>
      </w:r>
    </w:p>
    <w:p>
      <w:r>
        <w:rPr>
          <w:b/>
        </w:rPr>
        <w:t>10/2010–02/2011 (5 months) — Entry testing (EntryCheck) of application server environments</w:t>
      </w:r>
    </w:p>
    <w:p>
      <w:r>
        <w:t>Deutsche Telekom · Darmstadt · Telecommunications</w:t>
      </w:r>
    </w:p>
    <w:p>
      <w:r>
        <w:t>Roles: Jenkins plugin development · Maven plugin development</w:t>
      </w:r>
    </w:p>
    <w:p>
      <w:r>
        <w:t>Test environment for the technical entry testing of runtime environments (build and deployment) for a large Java EE enterprise application.</w:t>
      </w:r>
    </w:p>
    <w:p>
      <w:r>
        <w:t>Tech: Java, Maven, Jenkins, Groovy, Subversion (SVN)</w:t>
      </w:r>
    </w:p>
    <w:p>
      <w:r>
        <w:rPr>
          <w:b/>
        </w:rPr>
        <w:t>04/2010–09/2010 (6 months) — Web services on an ESB (mediation and rating)</w:t>
      </w:r>
    </w:p>
    <w:p>
      <w:r>
        <w:t>1&amp;1 · Montabaur · Telecommunications</w:t>
      </w:r>
    </w:p>
    <w:p>
      <w:r>
        <w:t>Roles: Backend engineering</w:t>
      </w:r>
    </w:p>
    <w:p>
      <w:r>
        <w:t>Software design, web services, maintenance of the rating engine; web services that hand invoices over to SAP.</w:t>
      </w:r>
    </w:p>
    <w:p>
      <w:r>
        <w:t>Tech: Java, Spring, Spring Security, JPA, Hibernate, Maven, JUnit, TDD, Mockito, DBUnit, ServiceMix, Webservices, CXF, XFire, SAP-Anbindung, SAP BAPI, JBoss, Oracle, Subversion (SVN)</w:t>
      </w:r>
    </w:p>
    <w:p>
      <w:r>
        <w:rPr>
          <w:b/>
        </w:rPr>
        <w:t>05/2009–03/2010 (11 months) — Master data migration at a major bank</w:t>
      </w:r>
    </w:p>
    <w:p>
      <w:r>
        <w:t>Commerzbank · Frankfurt a. Main · Banking, Finance</w:t>
      </w:r>
    </w:p>
    <w:p>
      <w:r>
        <w:t>Roles: Backend engineering</w:t>
      </w:r>
    </w:p>
    <w:p>
      <w:r>
        <w:t>Workflows for persisting master data, a canonical XML model, RDF description for machine processing.</w:t>
      </w:r>
    </w:p>
    <w:p>
      <w:r>
        <w:t>Tech: Java, Java EE, IBM MDM (WCC), EJB, JPA, RDF, XML, Oracle, Subversion (SVN)</w:t>
      </w:r>
    </w:p>
    <w:p>
      <w:pPr>
        <w:pStyle w:val="Heading1"/>
      </w:pPr>
      <w:r>
        <w:rPr>
          <w:color w:val="0A4640"/>
        </w:rPr>
        <w:t>Education &amp; Certificates</w:t>
      </w:r>
    </w:p>
    <w:p>
      <w:r>
        <w:rPr>
          <w:b/>
        </w:rPr>
        <w:t>11/1997 — Dipl.-Ing. (Univ.) Electrical Engineering (MSc equivalent)</w:t>
      </w:r>
      <w:r>
        <w:t>, University of Erlangen-Nuremberg</w:t>
      </w:r>
    </w:p>
    <w:p>
      <w:r>
        <w:rPr>
          <w:b/>
        </w:rPr>
        <w:t>05/1989 — Abitur (university entrance qualification)</w:t>
      </w:r>
      <w:r>
        <w:t>, Gymnasium am Romäusring, Villingen-Schwenningen</w:t>
      </w:r>
    </w:p>
    <w:p>
      <w:r>
        <w:rPr>
          <w:b/>
        </w:rPr>
        <w:t>12/2018 — Machine Learning Engineer Nanodegree</w:t>
      </w:r>
      <w:r>
        <w:t>, Udacity</w:t>
      </w:r>
    </w:p>
    <w:p>
      <w:r>
        <w:rPr>
          <w:b/>
        </w:rPr>
        <w:t>08/2017 — Data Analyst Nanodegree</w:t>
      </w:r>
      <w:r>
        <w:t>, Udacity</w:t>
      </w:r>
    </w:p>
    <w:p>
      <w:pPr>
        <w:pStyle w:val="Heading1"/>
      </w:pPr>
      <w:r>
        <w:rPr>
          <w:color w:val="0A4640"/>
        </w:rPr>
        <w:t>Contact &amp; profiles</w:t>
      </w:r>
    </w:p>
    <w:p>
      <w:r>
        <w:t>Phone: +49 15510 249850</w:t>
      </w:r>
    </w:p>
    <w:p>
      <w:r>
        <w:t>Website: https://jenslaufer.com</w:t>
      </w:r>
    </w:p>
    <w:p>
      <w:r>
        <w:t>GitHub: https://github.com/jenslaufer</w:t>
      </w:r>
    </w:p>
    <w:p>
      <w:r>
        <w:t>LinkedIn: https://www.linkedin.com/in/jenslaufer</w:t>
      </w:r>
    </w:p>
    <w:p>
      <w:r>
        <w:t>Kaggle: https://kaggle.com/jenslaufer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